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24" w:rsidRDefault="00720B24">
      <w:pPr>
        <w:autoSpaceDE w:val="0"/>
        <w:autoSpaceDN w:val="0"/>
        <w:spacing w:after="78" w:line="220" w:lineRule="exact"/>
      </w:pPr>
    </w:p>
    <w:p w:rsidR="00720B24" w:rsidRPr="006F41AF" w:rsidRDefault="00210A9A" w:rsidP="005B02EF">
      <w:pPr>
        <w:autoSpaceDE w:val="0"/>
        <w:autoSpaceDN w:val="0"/>
        <w:spacing w:after="0" w:line="230" w:lineRule="auto"/>
        <w:ind w:right="3942"/>
        <w:rPr>
          <w:lang w:val="ru-RU"/>
        </w:rPr>
        <w:sectPr w:rsidR="00720B24" w:rsidRPr="006F41AF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727700" cy="7872959"/>
            <wp:effectExtent l="0" t="0" r="6350" b="0"/>
            <wp:docPr id="1" name="Рисунок 1" descr="C:\Users\admin\Desktop\скан ктп 2022-2023\гос.яз 5 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ктп 2022-2023\гос.яз 5 кл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B24" w:rsidRPr="006F41AF" w:rsidRDefault="00720B24">
      <w:pPr>
        <w:autoSpaceDE w:val="0"/>
        <w:autoSpaceDN w:val="0"/>
        <w:spacing w:after="216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466" w:after="0" w:line="271" w:lineRule="auto"/>
        <w:ind w:right="864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ГОСУДАРСТВЕННЫЙ (ТАТАРСКИЙ) ЯЗЫК РЕСПУБЛИКИ ТАТАРСТАН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Языки народов России – это общая ценность, основа российского языкового многообразия.</w:t>
      </w:r>
    </w:p>
    <w:p w:rsidR="00720B24" w:rsidRPr="006F41AF" w:rsidRDefault="0056687E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татарского языка как государственного языка Республики Татарстан в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стране.</w:t>
      </w:r>
    </w:p>
    <w:p w:rsidR="00720B24" w:rsidRPr="006F41AF" w:rsidRDefault="0056687E">
      <w:pPr>
        <w:autoSpaceDE w:val="0"/>
        <w:autoSpaceDN w:val="0"/>
        <w:spacing w:before="70" w:after="0" w:line="281" w:lineRule="auto"/>
        <w:ind w:right="720" w:firstLine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Владение татарским языком способствует использованию изучаемого языка как инструмента межкультурного общения в современном поликультурном мире, воспитания уважительного отношения к культурам и языкам народов России, необходимого для успешной социализации и самореализации; расширяет возможности общения в области культуры и становится одним из важнейших средств успешной профессиональной деятельности выпускника школы.</w:t>
      </w:r>
    </w:p>
    <w:p w:rsidR="00720B24" w:rsidRPr="006F41AF" w:rsidRDefault="0056687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«Государственный (татарский) язык Республики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Татарстан»предусматривает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междисциплинарные связи с другими учебными предметами гуманитарного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цикла:«Русский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язык», «Литература» и др.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«ГОСУДАРСТВЕННЫЙ (ТАТАРСКИЙ) ЯЗЫК РЕСПУБЛИКИ ТАТАРСТАН»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Целью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учебного предмета «Государственный (татарский) язык Республики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Татарстан»является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формирование у обучающихся коммуникативных умений в основных видах речевой деятельности (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, говорение, чтение, письмо) с учетом речевых возможностей и потребностей в рамках изученных тем;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</w:t>
      </w:r>
    </w:p>
    <w:p w:rsidR="00720B24" w:rsidRPr="006F41AF" w:rsidRDefault="0056687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учебного предмета:</w:t>
      </w:r>
    </w:p>
    <w:p w:rsidR="00720B24" w:rsidRPr="006F41AF" w:rsidRDefault="0056687E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приобщение обучающихся к культуре и национальным традициям татарского народа; осознание татарского языка как одной из главных духовно-нравственных ценностей татарского народа и национального своеобразия татарского языка;</w:t>
      </w:r>
    </w:p>
    <w:p w:rsidR="00720B24" w:rsidRPr="006F41AF" w:rsidRDefault="0056687E">
      <w:pPr>
        <w:autoSpaceDE w:val="0"/>
        <w:autoSpaceDN w:val="0"/>
        <w:spacing w:before="238" w:after="0" w:line="274" w:lineRule="auto"/>
        <w:ind w:left="420" w:right="1152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создание необходимых условий для формирования таких личностных качеств, как доброжелательное отношение к культурам и языкам народов России, компетентность в межкультурном диалоге;</w:t>
      </w:r>
    </w:p>
    <w:p w:rsidR="00720B24" w:rsidRPr="006F41AF" w:rsidRDefault="0056687E">
      <w:pPr>
        <w:autoSpaceDE w:val="0"/>
        <w:autoSpaceDN w:val="0"/>
        <w:spacing w:before="238" w:after="0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Федерации;</w:t>
      </w:r>
    </w:p>
    <w:p w:rsidR="00720B24" w:rsidRPr="006F41AF" w:rsidRDefault="0056687E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r w:rsidRPr="006F41AF">
        <w:rPr>
          <w:lang w:val="ru-RU"/>
        </w:rPr>
        <w:br/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298" w:after="0" w:line="262" w:lineRule="auto"/>
        <w:ind w:right="1152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«ГОСУДАРСТВЕННЫЙ (ТАТАРСКИЙ) ЯЗЫК РЕСПУБЛИКИ ТАТАРСТАН» В УЧЕБНОМ ПЛАНЕ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436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ФГОС ООО учебный предмет «Государственный язык республики Российской Федерации» входит в предметную область «Родной язык и родная литература».</w:t>
      </w:r>
    </w:p>
    <w:p w:rsidR="00720B24" w:rsidRPr="006F41AF" w:rsidRDefault="0056687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В 5 классе максимально допустимое количество учебных часов, выделяемых на изучение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предмета«Государственный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(татарский) язык Республики Татарстан», – 3 часа в неделю, что составляет 102 часа.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826" w:bottom="1440" w:left="666" w:header="720" w:footer="720" w:gutter="0"/>
          <w:cols w:space="720" w:equalWidth="0">
            <w:col w:w="10408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20B24" w:rsidRPr="006F41AF" w:rsidRDefault="0056687E">
      <w:pPr>
        <w:autoSpaceDE w:val="0"/>
        <w:autoSpaceDN w:val="0"/>
        <w:spacing w:before="346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1. Мир моего «Я»: Я и моя семья. Домашние обязанности. Семейные праздники, традиции. Подарки. Поздравления. В гостях.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2. Мир вокруг меня: Мы в школе. Учебные занятия. С друзьями интересно. В мире животных. На дороге. На транспорте.</w:t>
      </w:r>
    </w:p>
    <w:p w:rsidR="00720B24" w:rsidRPr="006F41AF" w:rsidRDefault="0056687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3. Мир моих увлечений: Здоровье и спорт. Мои любимые занятия на досуге.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4. 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 сказки)</w:t>
      </w:r>
    </w:p>
    <w:p w:rsidR="00720B24" w:rsidRPr="006F41AF" w:rsidRDefault="0056687E">
      <w:pPr>
        <w:autoSpaceDE w:val="0"/>
        <w:autoSpaceDN w:val="0"/>
        <w:spacing w:before="264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Умения по видам речевой деятельности</w:t>
      </w:r>
    </w:p>
    <w:p w:rsidR="00720B24" w:rsidRPr="006F41AF" w:rsidRDefault="0056687E">
      <w:pPr>
        <w:autoSpaceDE w:val="0"/>
        <w:autoSpaceDN w:val="0"/>
        <w:spacing w:before="168" w:after="0" w:line="262" w:lineRule="auto"/>
        <w:ind w:left="180" w:right="1584"/>
        <w:rPr>
          <w:lang w:val="ru-RU"/>
        </w:rPr>
      </w:pPr>
      <w:proofErr w:type="spellStart"/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на базе умений, сформированных в начальной школе:</w:t>
      </w:r>
    </w:p>
    <w:p w:rsidR="00720B24" w:rsidRPr="006F41AF" w:rsidRDefault="0056687E">
      <w:pPr>
        <w:autoSpaceDE w:val="0"/>
        <w:autoSpaceDN w:val="0"/>
        <w:spacing w:before="178" w:after="0" w:line="262" w:lineRule="auto"/>
        <w:ind w:left="420" w:right="86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при непосредственном общении: понимание на слух речи учителя и одноклассников и вербальная / невербальная реакция на услышанное;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понимание на слух несложных адаптированных аутентичных текстов, содержащих отдельные незнакомые слова, грамматические явления;</w:t>
      </w:r>
    </w:p>
    <w:p w:rsidR="00720B24" w:rsidRPr="006F41AF" w:rsidRDefault="0056687E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изображенном.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720B24" w:rsidRPr="006F41AF" w:rsidRDefault="0056687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 для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– до 1 минуты.</w:t>
      </w:r>
    </w:p>
    <w:p w:rsidR="00720B24" w:rsidRPr="006F41AF" w:rsidRDefault="0056687E">
      <w:pPr>
        <w:autoSpaceDE w:val="0"/>
        <w:autoSpaceDN w:val="0"/>
        <w:spacing w:before="70" w:after="0" w:line="262" w:lineRule="auto"/>
        <w:ind w:left="180" w:right="1728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Развитие диалогической речи на базе умений, сформированных в начальной школе:</w:t>
      </w:r>
    </w:p>
    <w:p w:rsidR="00720B24" w:rsidRPr="006F41AF" w:rsidRDefault="0056687E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720B24" w:rsidRPr="006F41AF" w:rsidRDefault="0056687E">
      <w:pPr>
        <w:autoSpaceDE w:val="0"/>
        <w:autoSpaceDN w:val="0"/>
        <w:spacing w:before="240" w:after="0" w:line="271" w:lineRule="auto"/>
        <w:ind w:left="420" w:right="288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диалог-побуждение к действию: обращаться с просьбой, вежливо соглашаться / не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соглашаться выполнить просьбу; приглашать собеседника к совместной деятельности, вежливо соглашаться / не соглашаться на предложение собеседника;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диалог-расспрос: сообщать фактическую информацию, отвечая на вопросы; запрашивать интересующую информацию.</w:t>
      </w:r>
    </w:p>
    <w:p w:rsidR="00720B24" w:rsidRPr="006F41AF" w:rsidRDefault="0056687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Объем диалога: 6–7 реплик со стороны каждого собеседника.</w:t>
      </w:r>
    </w:p>
    <w:p w:rsidR="00720B24" w:rsidRPr="006F41AF" w:rsidRDefault="0056687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Развитие монологической речи на базе умений, сформированных в начальной школе:</w:t>
      </w:r>
    </w:p>
    <w:p w:rsidR="00720B24" w:rsidRPr="006F41AF" w:rsidRDefault="0056687E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создание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пересказ с опорой на ключевые слова, вопросы или иллюстрации основного содержания прослушанного или прочитанного текста;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108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краткое устное изложение результатов выполненного несложного проектного задания;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составление небольшого высказывания в соответствии с учебной ситуацией в пределах программного языкового материала.</w:t>
      </w:r>
    </w:p>
    <w:p w:rsidR="00720B24" w:rsidRPr="006F41AF" w:rsidRDefault="0056687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Объем монологического высказывания: 6–7 фраз.</w:t>
      </w:r>
    </w:p>
    <w:p w:rsidR="00720B24" w:rsidRPr="006F41AF" w:rsidRDefault="0056687E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720B24" w:rsidRPr="006F41AF" w:rsidRDefault="0056687E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чтение с пониманием основного содержания текста с определением основной темы и главных фактов / событий в прочитанном тексте;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чтение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720B24" w:rsidRPr="006F41AF" w:rsidRDefault="0056687E">
      <w:pPr>
        <w:autoSpaceDE w:val="0"/>
        <w:autoSpaceDN w:val="0"/>
        <w:spacing w:before="178" w:after="0" w:line="262" w:lineRule="auto"/>
        <w:ind w:left="180" w:right="288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 / диалог, рассказ, сказка, стихотворение;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 Объем текста для чтения: 130–140 слов.</w:t>
      </w:r>
    </w:p>
    <w:p w:rsidR="00720B24" w:rsidRPr="006F41AF" w:rsidRDefault="0056687E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письменной речи на базе умений, сформированных в начальной школе:</w:t>
      </w:r>
    </w:p>
    <w:p w:rsidR="00720B24" w:rsidRPr="006F41AF" w:rsidRDefault="0056687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правильное написание изученных слов по программе;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заполнение пропусков словами; дописывание предложений;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выписывание из текста слова, словосочетания, предложения в соответствии с решаемой коммуникативной задачей;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постановка вопросов с использованием определенного лексического и грамматического материалов;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письменные ответы на данные вопросы с использованием пройденного лексико-грамматического материала;</w:t>
      </w:r>
    </w:p>
    <w:p w:rsidR="00720B24" w:rsidRPr="006F41AF" w:rsidRDefault="0056687E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самостоятельное составление и написание небольших текстов по изучаемой теме;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написание предложений и речевых клише в соответствии с ситуацией.</w:t>
      </w:r>
    </w:p>
    <w:p w:rsidR="00720B24" w:rsidRPr="006F41AF" w:rsidRDefault="0056687E">
      <w:pPr>
        <w:autoSpaceDE w:val="0"/>
        <w:autoSpaceDN w:val="0"/>
        <w:spacing w:before="32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720B24" w:rsidRPr="006F41AF" w:rsidRDefault="0056687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720B24" w:rsidRPr="006F41AF" w:rsidRDefault="0056687E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произношение слов с твердыми и мягкими гласными, а также слов, не подчиняющиеся закону сингармонизма;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разновидности закона сингармонизма (гармония гласных по ряду):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укучы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[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укъучы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],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дəрес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[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дəрес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]; губная гармония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төлке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[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төлкө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],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борын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[борон];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произношение парных, сложных слов, составных слов;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произношение слов с соблюдением правильного ударения и фраз с соблюдением их ритмико-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328" w:right="746" w:bottom="372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66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интонационных особенностей.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720B24" w:rsidRPr="006F41AF" w:rsidRDefault="0056687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Объем текста для чтения вслух: до 70 слов.</w:t>
      </w:r>
    </w:p>
    <w:p w:rsidR="00720B24" w:rsidRPr="006F41AF" w:rsidRDefault="0056687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720B24" w:rsidRPr="006F41AF" w:rsidRDefault="0056687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правильное написание изученных слов;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80" w:after="0" w:line="283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урманчы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» , «карлы», парных «бала-чага»,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сложных«китапханə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», составных «кура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җилəге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 слов.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720B24" w:rsidRPr="006F41AF" w:rsidRDefault="0056687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имена существительные ед. и мн. числа в разных падежах;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имена существительные с аффиксами принадлежности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лица единственного и множественного числа;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наречия времени,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былтыр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быел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иртəн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көндез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кичен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»; сравнения-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уподобления«татарча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русча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инглизчə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глаголы повелительного наклонения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лица единственного и множественного числа в утвердительной и отрицательной формах: бар! –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барыгыз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! /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ба'рма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! –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ба'рмагыз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!;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глаголы прошедшего определенного времени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лица единственного и множественного числа в утвердительной и отрицательной формах;</w:t>
      </w:r>
    </w:p>
    <w:p w:rsidR="00720B24" w:rsidRPr="006F41AF" w:rsidRDefault="0056687E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глаголы прошедшего неопределенного времени в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лице единственного числа;</w:t>
      </w:r>
    </w:p>
    <w:p w:rsidR="00720B24" w:rsidRPr="006F41AF" w:rsidRDefault="0056687E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инфинитив с модальными словами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кирəк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 /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кирəкми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«ярый» /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ярамый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720B24" w:rsidRPr="006F41AF" w:rsidRDefault="0056687E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аналитическая форма глагола, выражающая возможность / невозможность,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укый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белəм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»(«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белмим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»),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сөйлəшə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алам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 («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алмыйм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»);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послелоги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өчен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аша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с существительными и местоимениями;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послеложные слова,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янында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өстендə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астында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эчендə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сочинительные союзы;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вводные слова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минемчə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синеңчə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720B24" w:rsidRPr="006F41AF" w:rsidRDefault="0056687E">
      <w:pPr>
        <w:autoSpaceDE w:val="0"/>
        <w:autoSpaceDN w:val="0"/>
        <w:spacing w:before="32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720B24" w:rsidRPr="006F41AF" w:rsidRDefault="0056687E">
      <w:pPr>
        <w:autoSpaceDE w:val="0"/>
        <w:autoSpaceDN w:val="0"/>
        <w:spacing w:before="226" w:after="0" w:line="262" w:lineRule="auto"/>
        <w:ind w:left="420" w:right="7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знание и использование социокультурных элементов речевого поведенческого этикета татарского языка в рамках тематического содержания;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86" w:right="730" w:bottom="356" w:left="666" w:header="720" w:footer="720" w:gutter="0"/>
          <w:cols w:space="720" w:equalWidth="0">
            <w:col w:w="10504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108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331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написание имен собственных на татарском языке; правильное оформление своего адреса на татарском языке (в анкете);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знакомство с доступными в языковом отношении образцами детской поэзии и прозы на татарском языке.</w:t>
      </w:r>
    </w:p>
    <w:p w:rsidR="00720B24" w:rsidRPr="006F41AF" w:rsidRDefault="0056687E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кратко представлять Россию и Республику Татарстан.</w:t>
      </w:r>
    </w:p>
    <w:p w:rsidR="00720B24" w:rsidRPr="006F41AF" w:rsidRDefault="0056687E">
      <w:pPr>
        <w:autoSpaceDE w:val="0"/>
        <w:autoSpaceDN w:val="0"/>
        <w:spacing w:before="324" w:after="0" w:line="365" w:lineRule="auto"/>
        <w:ind w:left="420" w:hanging="420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использование при чтении и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 догадки;—  умение переспрашивать, просить повторить, уточняя значение незнакомых слов;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в качестве опоры при порождении собственных высказываний ключевых слов, плана.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328" w:right="730" w:bottom="1440" w:left="666" w:header="720" w:footer="720" w:gutter="0"/>
          <w:cols w:space="720" w:equalWidth="0">
            <w:col w:w="10504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20B24" w:rsidRPr="006F41AF" w:rsidRDefault="0056687E">
      <w:pPr>
        <w:autoSpaceDE w:val="0"/>
        <w:autoSpaceDN w:val="0"/>
        <w:spacing w:before="346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«Государственный (татарский) язык Республики Татарстан» у обучающегося будут сформированы следующие личностные результаты: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активное участие в жизни семьи, Организации, местного сообщества, родного края, страны;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неприятие любых форм экстремизма, дискриминации;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понимание роли различных социальных институтов в жизни человека;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представление о способах противодействия коррупции;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готовность к участию в гуманитарной деятельности (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волонтерство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помощь людям, нуждающимся в ней);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Федерации, своего края, народов России;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ориентация на моральные ценности и нормы в ситуациях нравственного выбора;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активное неприятие асоциальных поступков, свобода и ответственность личности в условиях индивидуального и общественного пространства;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понимание ценности отечественного и мирового искусства, роли этнических культурных традиций и народного творчества;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стремление к самовыражению в разных видах искусства;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осознание ценности жизни;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соблюдение правил безопасности, в том числе навыков безопасного поведения в интернет-среде;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способность адаптироваться к стрессовым ситуациям и меняющимся социальным,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умение принимать себя и других, не осуждая;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умение осознавать эмоциональное состояние себя и других, умение управлять собственным эмоциональным состоянием;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планировать и самостоятельно выполнять такого рода деятельность;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готовность адаптироваться в профессиональной среде;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уважение к труду и результатам трудовой деятельности;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осознанный выбор и построение индивидуальной траектории образования и жизненных планов с учетом личных и общественных интересов и потребностей;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повышение уровня экологической культуры, осознание глобального характера экологических проблем и путей их решения;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активное неприятие действий, приносящих вред окружающей среде;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осознание своей роли как гражданина и потребителя в условиях взаимосвязи природной, технологической и социальной сред;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готовность к участию в практической деятельности экологической направленности;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овладение языковой и читательской культурой как средством познания мира;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деятельности, а также в рамках социального взаимодействия с людьми из другой культурной среды;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способность обучающихся во взаимодействии в условиях неопределенности, открытость опыту и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806" w:bottom="428" w:left="666" w:header="720" w:footer="720" w:gutter="0"/>
          <w:cols w:space="720" w:equalWidth="0">
            <w:col w:w="10428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66" w:line="220" w:lineRule="exact"/>
        <w:rPr>
          <w:lang w:val="ru-RU"/>
        </w:rPr>
      </w:pPr>
    </w:p>
    <w:p w:rsidR="00720B24" w:rsidRPr="006F41AF" w:rsidRDefault="0056687E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знаниям других;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умение анализировать и выявлять взаимосвязи природы, общества и экономики;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способность обучающихся осознавать стрессовую ситуацию, оценивать происходящие изменения и их последствия;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воспринимать стрессовую ситуацию как вызов, требующий контрмер;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оценивать ситуацию стресса, корректировать принимаемые решения и действия;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формулировать и оценивать риски и последствия, формировать опыт, уметь находить позитивное в произошедшей ситуации;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быть готовым действовать в отсутствие гарантий успеха.</w:t>
      </w:r>
    </w:p>
    <w:p w:rsidR="00720B24" w:rsidRPr="006F41AF" w:rsidRDefault="0056687E">
      <w:pPr>
        <w:autoSpaceDE w:val="0"/>
        <w:autoSpaceDN w:val="0"/>
        <w:spacing w:before="26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«Государственный (татарский) язык Республики Татарстан» в 5 классе обучающийся овладеет универсальными учебными </w:t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действиями: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выявлять и характеризовать существенные признаки объектов (явлений);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существенный признак классификации, основания для обобщения и сравнения, критерии проводимого анализа;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 учетом предложенной задачи выявлять закономерности и противоречия в рассматриваемых фактах, данных и наблюдениях;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предлагать критерии для выявления закономерностей и противоречий;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выявлять дефициты информации, данных, необходимых для решения поставленной задачи;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выявлять причинно-следственные связи при изучении явлений и процессов;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использовать вопросы как исследовательский инструмент познания;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формировать гипотезу об истинности собственных суждений и суждений других, аргументировать свою позицию, мнение;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86" w:right="670" w:bottom="29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90" w:line="220" w:lineRule="exact"/>
        <w:rPr>
          <w:lang w:val="ru-RU"/>
        </w:rPr>
      </w:pPr>
    </w:p>
    <w:p w:rsidR="00720B24" w:rsidRPr="006F41AF" w:rsidRDefault="0056687E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зависимостей объектов между собой;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оценивать на применимость и достоверность информации, полученной в ходе исследования (эксперимента);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обобщений;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прогнозировать возможное дальнейшее развитие процессов, событий и их последствия в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выбирать, анализировать, систематизировать и интерпретировать информацию различных видов и форм представления;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эффективно запоминать и систематизировать информацию.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у обучающихся.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«Государственный (татарский) язык Республики Татарстан» в 5 классе обучающийся овладеет универсальными учебными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учебными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коммуникативными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действиями: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воспринимать и формулировать суждения, выражать эмоции в соответствии с целями и условиями общения;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выражать себя (свою точку зрения) в устных и письменных текстах;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сопоставлять свои суждения с суждениями других участников диалога, обнаруживать различие и сходство позиций;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публично представлять результаты выполненного опыта (эксперимента, исследования, проекта);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310" w:right="682" w:bottom="416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уметь обобщать мнения нескольких людей, проявлять готовность руководить, выполнять поручения, подчиняться;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оценивать качество своего вклада в общий продукт по критериям, самостоятельно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90" w:lineRule="auto"/>
        <w:ind w:right="144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«Государственный (татарский) язык Республики Татарстан» в 5 классе обучающийся овладеет универсальными учебными </w:t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регулятивными 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действиями: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выявлять проблемы для решения в жизненных и учебных ситуациях;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делать выбор и брать ответственность за решение;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владеть способами самоконтроля,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давать адекватную оценку ситуации и предлагать план ее изменения;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объяснять причины достижения (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оценивать соответствие результата цели и условиям;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различать, называть и управлять собственными эмоциями и эмоциями других;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выявлять и анализировать причины эмоций;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ставить себя на место другого человека, понимать мотивы и намерения другого;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регулировать способ выражения эмоций;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принятие себя и других: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осознанно относиться к другому человеку, его мнению;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признавать свое право на ошибку и такое же право другого;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688" w:bottom="42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271" w:lineRule="auto"/>
        <w:ind w:left="180" w:right="446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принимать себя и других, не осуждая;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открытость себе и другим;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осознавать невозможность контролировать все вокруг.</w:t>
      </w:r>
    </w:p>
    <w:p w:rsidR="00720B24" w:rsidRPr="006F41AF" w:rsidRDefault="0056687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720B24" w:rsidRPr="006F41AF" w:rsidRDefault="0056687E">
      <w:pPr>
        <w:autoSpaceDE w:val="0"/>
        <w:autoSpaceDN w:val="0"/>
        <w:spacing w:before="26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«Государственный (татарский) язык Республики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Татарстан»в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5 классе обеспечивает: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совершенствование видов речевой деятельности (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использование коммуникативно-эстетических возможностей татарского языка;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языка[1];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формирование ответственности за языковую культуру как общечеловеческую ценность.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proofErr w:type="spellStart"/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воспринимать на слух и понимать звучащие до 1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создавать устные связные монологические высказывания (описание / характеристика,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повествование / сообщение) объемом не менее 6–7 фраз с вербальными и (или) невербальными опорами или без них в рамках тематического содержания речи;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 фраз;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кратко излагать результаты выполненной проектной работы (объем – не менее 6–7 фраз).</w:t>
      </w:r>
    </w:p>
    <w:p w:rsidR="00720B24" w:rsidRPr="006F41AF" w:rsidRDefault="0056687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764" w:bottom="392" w:left="666" w:header="720" w:footer="720" w:gutter="0"/>
          <w:cols w:space="720" w:equalWidth="0">
            <w:col w:w="10470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читать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читать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(таблицы, диаграммы, схемы) и понимать представленную в них информацию.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Письменная речь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выписывать из текста слова, словосочетания, предложения в соответствии с коммуникативной задачей;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писать ответы на заданные вопросы с использованием изученного лексико-грамматического материала;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составлять и записывать текст по изученной теме;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выполнять письменные творческие задания;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Объем сообщения – до 40 слов.</w:t>
      </w:r>
    </w:p>
    <w:p w:rsidR="00720B24" w:rsidRPr="006F41AF" w:rsidRDefault="0056687E">
      <w:pPr>
        <w:autoSpaceDE w:val="0"/>
        <w:autoSpaceDN w:val="0"/>
        <w:spacing w:before="26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66" w:after="0" w:line="281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выразительно читать вслух небольшие аутентичные тексты объемом до 70 слов, построенные в основном на изученном языковом материале, с соблюдением правил чтения.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применять правила орфографии в отношении изученного лексико-грамматического материала;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понимать основные значения изученных лексических единиц (слова, словосочетания, речевые клише);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употреблять в устной и письменной речи не менее 500 изученных лексических единиц;</w:t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употреблять в устной и письменной речи изученные синонимы и антонимы;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употреблять в устной и письменной речи родственные слова, образованные с помощью продуктивных аффиксов: имена существительные с аффиксами -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чы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/ -че; имена прилагательные с аффиксами -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лы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/ -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ле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сыз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/ -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сез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ед. и мн. числа в разных падежах;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имена существительные с аффиксами принадлежности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лица единственного и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множественного числа;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наречия времени: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былтыр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быел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иртəн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көндез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кичен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6F41A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; 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сравнения-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уподобления«татарча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русча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инглизчə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повелительного наклонения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лица единственного и множественного числа в утвердительной и отрицательной формах: бар! –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барыгыз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! –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ба'рма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! –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ба'рмагыз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!;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744" w:bottom="452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прошедшего определенного времени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лица единственного и множественного числа в утвердительной и отрицательной формах;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прошедшего неопределенного времени в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лице единственного числа;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инфинитив с модальными словами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кирəк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 /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кирəкми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«ярый» /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ярамый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6F41AF">
        <w:rPr>
          <w:rFonts w:ascii="Times New Roman" w:eastAsia="Times New Roman" w:hAnsi="Times New Roman"/>
          <w:i/>
          <w:color w:val="000000"/>
          <w:sz w:val="24"/>
          <w:lang w:val="ru-RU"/>
        </w:rPr>
        <w:t>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аналитическая форма глагола, выражающая возможность / невозможность,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укый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белəм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»(«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белмим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),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сөйлəшə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алам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 («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алмыйм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послелоги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өчен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аша»с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 существительными и местоимениями;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послеложные слова: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янында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өстендə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астында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», 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эчендə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6F41AF">
        <w:rPr>
          <w:rFonts w:ascii="Times New Roman" w:eastAsia="Times New Roman" w:hAnsi="Times New Roman"/>
          <w:i/>
          <w:color w:val="000000"/>
          <w:sz w:val="24"/>
          <w:lang w:val="ru-RU"/>
        </w:rPr>
        <w:t>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сочинительные союзы</w:t>
      </w:r>
      <w:r w:rsidRPr="006F41AF">
        <w:rPr>
          <w:rFonts w:ascii="Times New Roman" w:eastAsia="Times New Roman" w:hAnsi="Times New Roman"/>
          <w:i/>
          <w:color w:val="000000"/>
          <w:sz w:val="24"/>
          <w:lang w:val="ru-RU"/>
        </w:rPr>
        <w:t>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вводные слова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минемчə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синеңчə</w:t>
      </w:r>
      <w:proofErr w:type="spellEnd"/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»;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различать особенности структуры простых предложений и различных коммуникативных типов предложений.</w:t>
      </w:r>
    </w:p>
    <w:p w:rsidR="00720B24" w:rsidRPr="006F41AF" w:rsidRDefault="0056687E">
      <w:pPr>
        <w:autoSpaceDE w:val="0"/>
        <w:autoSpaceDN w:val="0"/>
        <w:spacing w:before="26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720B24" w:rsidRPr="006F41AF" w:rsidRDefault="0056687E">
      <w:pPr>
        <w:tabs>
          <w:tab w:val="left" w:pos="180"/>
        </w:tabs>
        <w:autoSpaceDE w:val="0"/>
        <w:autoSpaceDN w:val="0"/>
        <w:spacing w:before="166" w:after="0" w:line="281" w:lineRule="auto"/>
        <w:ind w:right="432"/>
        <w:rPr>
          <w:lang w:val="ru-RU"/>
        </w:rPr>
      </w:pP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использовать образцы татарского речевого этикета в ситуациях общения;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использовать в устной и письменной речи наиболее употребительную тематическую фоновую лексику и реалии;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знать образцы детской поэзии и прозы на татарском языке;</w:t>
      </w:r>
      <w:r w:rsidRPr="006F41AF">
        <w:rPr>
          <w:lang w:val="ru-RU"/>
        </w:rPr>
        <w:br/>
      </w:r>
      <w:r w:rsidRPr="006F41AF">
        <w:rPr>
          <w:lang w:val="ru-RU"/>
        </w:rPr>
        <w:tab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 кратко представлять Республику Татарстан как часть России на татарском языке.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732" w:bottom="1440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720B24" w:rsidRPr="005B02EF" w:rsidRDefault="00720B24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20B24" w:rsidRPr="005B02EF" w:rsidRDefault="0056687E">
      <w:pPr>
        <w:autoSpaceDE w:val="0"/>
        <w:autoSpaceDN w:val="0"/>
        <w:spacing w:after="258" w:line="233" w:lineRule="auto"/>
        <w:rPr>
          <w:rFonts w:ascii="Times New Roman" w:hAnsi="Times New Roman" w:cs="Times New Roman"/>
          <w:sz w:val="24"/>
          <w:szCs w:val="24"/>
        </w:rPr>
      </w:pPr>
      <w:r w:rsidRPr="005B02EF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414"/>
        <w:gridCol w:w="528"/>
        <w:gridCol w:w="1104"/>
        <w:gridCol w:w="1142"/>
        <w:gridCol w:w="1361"/>
        <w:gridCol w:w="4113"/>
        <w:gridCol w:w="2150"/>
        <w:gridCol w:w="2294"/>
      </w:tblGrid>
      <w:tr w:rsidR="00720B24" w:rsidRPr="005B02EF" w:rsidTr="005B02EF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20B24" w:rsidRPr="005B02EF" w:rsidTr="005B02EF">
        <w:trPr>
          <w:trHeight w:hRule="exact" w:val="69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24" w:rsidRPr="005B02E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 вокруг меня</w:t>
            </w:r>
          </w:p>
        </w:tc>
      </w:tr>
      <w:tr w:rsidR="00720B24" w:rsidRPr="00210A9A" w:rsidTr="005B02EF">
        <w:trPr>
          <w:trHeight w:hRule="exact" w:val="17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Мы в школе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02.09.2022 28.09.2022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сообщать, спрашивать о расписании, о контрольных работах, об отметках;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80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tatarmultfilm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-80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aab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ai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tatarschool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media</w:t>
            </w:r>
          </w:p>
        </w:tc>
      </w:tr>
      <w:tr w:rsidR="00720B24" w:rsidRPr="005B02EF" w:rsidTr="005B02EF">
        <w:trPr>
          <w:trHeight w:hRule="exact" w:val="18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Учебные занятия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30.09.2022 10.10.2022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сообщать, спрашивать о расписании, о контрольных работах, об отметках;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tatarmultfilm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-80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aab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ai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tatarschool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media</w:t>
            </w:r>
          </w:p>
        </w:tc>
      </w:tr>
      <w:tr w:rsidR="00720B24" w:rsidRPr="005B02EF" w:rsidTr="005B02EF">
        <w:trPr>
          <w:trHeight w:hRule="exact" w:val="18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 друзьями интересно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12.10.2022 28.10.2022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рассказывать о своем друге (подруге): где и когда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познакомились; какие черты характера; совместные интересы;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www.бала.рф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http://www.tugantelem.narod.ru http://tatar.moy.su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http://tatar.com.ru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http://belem.ru/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http://www.tatarmultfilm.ru/ http://xn-80aab5b.xn-p1ai/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http://tatarschool.ru/media</w:t>
            </w:r>
          </w:p>
        </w:tc>
      </w:tr>
      <w:tr w:rsidR="00720B24" w:rsidRPr="005B02EF" w:rsidTr="005B02EF">
        <w:trPr>
          <w:trHeight w:hRule="exact" w:val="18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 мире животных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07.11.2022 19.11.2022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вести диалог-расспрос о наличии и об отсутствии четвероногих друзей, о кличках, об их поводках;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tatarmultfilm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-80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aab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ai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tatarschool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media</w:t>
            </w:r>
          </w:p>
        </w:tc>
      </w:tr>
      <w:tr w:rsidR="00720B24" w:rsidRPr="005B02EF" w:rsidTr="005B02EF">
        <w:trPr>
          <w:trHeight w:hRule="exact" w:val="18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 дороге. На транспорте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21.11.2022 26.11.2022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рассказывать о правилах поведения в общественном транспорте, на дороге;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tatarmultfilm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-80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aab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ai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tatarschool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media</w:t>
            </w:r>
          </w:p>
        </w:tc>
      </w:tr>
      <w:tr w:rsidR="00720B24" w:rsidRPr="005B02EF">
        <w:trPr>
          <w:trHeight w:hRule="exact" w:val="328"/>
        </w:trPr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2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2EF" w:rsidRPr="005B02EF" w:rsidRDefault="005B02EF" w:rsidP="005B02E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B02EF" w:rsidRDefault="005B02EF" w:rsidP="005B02EF">
      <w:pPr>
        <w:rPr>
          <w:rFonts w:ascii="Times New Roman" w:hAnsi="Times New Roman" w:cs="Times New Roman"/>
          <w:sz w:val="24"/>
          <w:szCs w:val="24"/>
        </w:rPr>
      </w:pPr>
    </w:p>
    <w:p w:rsidR="00720B24" w:rsidRPr="005B02EF" w:rsidRDefault="00720B24" w:rsidP="005B02EF">
      <w:pPr>
        <w:rPr>
          <w:rFonts w:ascii="Times New Roman" w:hAnsi="Times New Roman" w:cs="Times New Roman"/>
          <w:sz w:val="24"/>
          <w:szCs w:val="24"/>
        </w:rPr>
        <w:sectPr w:rsidR="00720B24" w:rsidRPr="005B02EF" w:rsidSect="007E24B0">
          <w:pgSz w:w="16840" w:h="11900" w:orient="landscape"/>
          <w:pgMar w:top="400" w:right="666" w:bottom="282" w:left="640" w:header="720" w:footer="720" w:gutter="0"/>
          <w:cols w:space="720" w:equalWidth="0">
            <w:col w:w="15774" w:space="0"/>
          </w:cols>
          <w:docGrid w:linePitch="360"/>
        </w:sectPr>
      </w:pPr>
    </w:p>
    <w:p w:rsidR="00720B24" w:rsidRPr="005B02EF" w:rsidRDefault="00720B24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414"/>
        <w:gridCol w:w="528"/>
        <w:gridCol w:w="1104"/>
        <w:gridCol w:w="1142"/>
        <w:gridCol w:w="1503"/>
        <w:gridCol w:w="3685"/>
        <w:gridCol w:w="286"/>
        <w:gridCol w:w="2150"/>
        <w:gridCol w:w="2294"/>
      </w:tblGrid>
      <w:tr w:rsidR="00720B24" w:rsidRPr="005B02EF">
        <w:trPr>
          <w:trHeight w:hRule="exact" w:val="504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 моего «Я»</w:t>
            </w:r>
          </w:p>
        </w:tc>
      </w:tr>
      <w:tr w:rsidR="00720B24" w:rsidRPr="005B02EF" w:rsidTr="005B02EF">
        <w:trPr>
          <w:trHeight w:hRule="exact" w:val="232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 и моя семья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28.11.2022 09.12.2022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вести диалог-расспрос о членах семьи, об их местах работы и о профессиях родителей;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</w:p>
        </w:tc>
      </w:tr>
      <w:tr w:rsidR="00720B24" w:rsidRPr="005B02EF" w:rsidTr="005B02EF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Домашние обязанности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10.12.2022 24.12.2022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делать сообщение о своем участии в домашних делах;</w:t>
            </w:r>
          </w:p>
        </w:tc>
        <w:tc>
          <w:tcPr>
            <w:tcW w:w="243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www.бала.рф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http://www.tugantelem.narod.ru http://tatar.moy.su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http://tatar.com.ru</w:t>
            </w:r>
          </w:p>
        </w:tc>
      </w:tr>
      <w:tr w:rsidR="00720B24" w:rsidRPr="005B02EF" w:rsidTr="005B02EF">
        <w:trPr>
          <w:trHeight w:hRule="exact" w:val="21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Семейные праздники, традиции. Подарки. Поздравления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26.12.2022 23.01.2023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вести диалог-расспрос о членах семьи, об их местах работы и о профессиях родителей;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</w:p>
        </w:tc>
      </w:tr>
      <w:tr w:rsidR="00720B24" w:rsidRPr="005B02EF" w:rsidTr="005B02EF">
        <w:trPr>
          <w:trHeight w:hRule="exact" w:val="22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 гостях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27.01.2023 06.03.2023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приглашать гостей за стол, угощать;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</w:p>
        </w:tc>
      </w:tr>
      <w:tr w:rsidR="00720B24" w:rsidRPr="005B02EF">
        <w:trPr>
          <w:trHeight w:hRule="exact" w:val="348"/>
        </w:trPr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39</w:t>
            </w:r>
          </w:p>
        </w:tc>
        <w:tc>
          <w:tcPr>
            <w:tcW w:w="121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24" w:rsidRPr="005B02EF">
        <w:trPr>
          <w:trHeight w:hRule="exact" w:val="350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Мир моих увлечений</w:t>
            </w:r>
          </w:p>
        </w:tc>
      </w:tr>
      <w:tr w:rsidR="00720B24" w:rsidRPr="005B02EF" w:rsidTr="005B02EF">
        <w:trPr>
          <w:trHeight w:hRule="exact" w:val="227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Здоровье и 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10.03.2023 17.03.2023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вести диалог-расспрос о соблюдении режима дня, о занятиях физической культурой на досуге;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</w:p>
        </w:tc>
      </w:tr>
      <w:tr w:rsidR="00720B24" w:rsidRPr="005B02EF" w:rsidTr="005B02EF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Мои любимые занятия на досуге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18.03.2023 03.04.2023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приглашать друзей на игры;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 работа;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www.бала.рф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http://www.tugantelem.narod.ru http://tatar.moy.su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http://tatar.com.ru</w:t>
            </w:r>
          </w:p>
        </w:tc>
      </w:tr>
      <w:tr w:rsidR="00720B24" w:rsidRPr="005B02EF">
        <w:trPr>
          <w:trHeight w:hRule="exact" w:val="348"/>
        </w:trPr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21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24" w:rsidRPr="005B02EF">
        <w:trPr>
          <w:trHeight w:hRule="exact"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4.</w:t>
            </w:r>
            <w:r w:rsidRPr="005B02E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Моя Родина</w:t>
            </w:r>
          </w:p>
        </w:tc>
      </w:tr>
      <w:tr w:rsidR="00720B24" w:rsidRPr="005B02EF" w:rsidTr="005B02EF">
        <w:trPr>
          <w:trHeight w:hRule="exact" w:val="18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07.04.2023 10.04.2023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кратко представлять Россию и Республику Татарстан, свое место проживания;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www.бала.рф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http://www.tugantelem.narod.ru http://tatar.moy.su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http://tatar.com.ru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http://belem.ru/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http://www.tatarmultfilm.ru/ http://xn-80aab5b.xn-p1ai/ </w:t>
            </w:r>
            <w:r w:rsidRPr="005B02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http://tatarschool.ru/medi</w:t>
            </w:r>
          </w:p>
        </w:tc>
      </w:tr>
    </w:tbl>
    <w:p w:rsidR="00720B24" w:rsidRPr="005B02EF" w:rsidRDefault="00720B24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720B24" w:rsidRPr="005B02EF" w:rsidRDefault="00720B24">
      <w:pPr>
        <w:rPr>
          <w:rFonts w:ascii="Times New Roman" w:hAnsi="Times New Roman" w:cs="Times New Roman"/>
          <w:sz w:val="24"/>
          <w:szCs w:val="24"/>
        </w:rPr>
        <w:sectPr w:rsidR="00720B24" w:rsidRPr="005B02EF" w:rsidSect="007E24B0">
          <w:pgSz w:w="16840" w:h="11900" w:orient="landscape"/>
          <w:pgMar w:top="628" w:right="666" w:bottom="284" w:left="640" w:header="720" w:footer="720" w:gutter="0"/>
          <w:cols w:space="720" w:equalWidth="0">
            <w:col w:w="15546" w:space="0"/>
          </w:cols>
          <w:docGrid w:linePitch="360"/>
        </w:sectPr>
      </w:pPr>
    </w:p>
    <w:p w:rsidR="00720B24" w:rsidRPr="005B02EF" w:rsidRDefault="00720B24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414"/>
        <w:gridCol w:w="528"/>
        <w:gridCol w:w="1104"/>
        <w:gridCol w:w="1142"/>
        <w:gridCol w:w="1503"/>
        <w:gridCol w:w="3971"/>
        <w:gridCol w:w="2150"/>
        <w:gridCol w:w="2294"/>
      </w:tblGrid>
      <w:tr w:rsidR="00720B24" w:rsidRPr="005B02EF" w:rsidTr="005B02EF">
        <w:trPr>
          <w:trHeight w:hRule="exact" w:val="27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 город / село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14.04.2023 17.04.2023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кратко представлять Россию и Республику Татарстан, свое место проживания;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tatarmultfilm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-80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aab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ai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tatarschool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medi</w:t>
            </w:r>
            <w:proofErr w:type="spellEnd"/>
          </w:p>
        </w:tc>
      </w:tr>
      <w:tr w:rsidR="00720B24" w:rsidRPr="005B02EF" w:rsidTr="005B02EF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Природа родного края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21.04.2023 01.05.2023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кратко представлять Россию и Республику Татарстан, свое место проживания;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работа;; Самооценка с;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использованием;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tatarmultfilm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-80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aab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ai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tatarschool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medi</w:t>
            </w:r>
            <w:proofErr w:type="spellEnd"/>
          </w:p>
        </w:tc>
      </w:tr>
      <w:tr w:rsidR="00720B24" w:rsidRPr="005B02EF" w:rsidTr="001C1884">
        <w:trPr>
          <w:trHeight w:hRule="exact" w:val="184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Национальный праздник Сабантуй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05.05.2023 26.05.2023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вести диалог-расспрос о природе родного края, о празднике Сабантуй;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«Оценочного листа»;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бала.рф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tugantelem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narod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moy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belem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tatarmultfilm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-80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aab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b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xn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ai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B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tatarschool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medi</w:t>
            </w:r>
            <w:proofErr w:type="spellEnd"/>
          </w:p>
        </w:tc>
      </w:tr>
      <w:tr w:rsidR="00720B24" w:rsidRPr="005B02EF">
        <w:trPr>
          <w:trHeight w:hRule="exact" w:val="348"/>
        </w:trPr>
        <w:tc>
          <w:tcPr>
            <w:tcW w:w="281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1216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72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24" w:rsidRPr="005B02EF">
        <w:trPr>
          <w:trHeight w:hRule="exact" w:val="520"/>
        </w:trPr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5B02EF" w:rsidRDefault="0056687E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B02E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</w:tr>
    </w:tbl>
    <w:p w:rsidR="00720B24" w:rsidRPr="005B02EF" w:rsidRDefault="00720B24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720B24" w:rsidRDefault="00720B24">
      <w:pPr>
        <w:sectPr w:rsidR="00720B24" w:rsidSect="007E24B0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78" w:line="220" w:lineRule="exact"/>
      </w:pPr>
    </w:p>
    <w:p w:rsidR="00720B24" w:rsidRDefault="0056687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720B24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720B24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Default="00720B2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Default="00720B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Default="00720B2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B24" w:rsidRDefault="00720B24"/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Учебные принадлежности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Вопросы "где? куда?</w:t>
            </w:r>
          </w:p>
          <w:p w:rsidR="00720B24" w:rsidRPr="006F41AF" w:rsidRDefault="0056687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откуда?" и ответы на них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 "1 сентября"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 сентября - День знаний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существительные с аффиксами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принадлежности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Что есть в моей сумке?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Глаголы повелительного наклонения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лица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Учимся просить,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повелевать, приказывать совершить какое-либо действие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Стихотворение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Х.Шабанова "Китап"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Глаголы настоящего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времени  в положительной форме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Глаголы настоящего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времени  в отрицательной форме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Глаголы прошедшего очевидного времени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Расписание уроков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 «Олег получил двойку»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Обсуждаем: Олег какой ученик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 «Олег –хороший ученик»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 диалог;</w:t>
            </w:r>
          </w:p>
        </w:tc>
      </w:tr>
    </w:tbl>
    <w:p w:rsidR="00720B24" w:rsidRDefault="00720B24">
      <w:pPr>
        <w:autoSpaceDE w:val="0"/>
        <w:autoSpaceDN w:val="0"/>
        <w:spacing w:after="0" w:line="14" w:lineRule="exact"/>
      </w:pPr>
    </w:p>
    <w:p w:rsidR="00720B24" w:rsidRDefault="00720B24">
      <w:pPr>
        <w:sectPr w:rsidR="00720B24">
          <w:pgSz w:w="11900" w:h="16840"/>
          <w:pgMar w:top="298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ошибками.Мои друзья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 по плану «Мой друг (моя подруга)»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Степени сравнения 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Временные формы глаголов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 «Язгы каникул»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Форма выражения просьбы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Обсуждаем поступки героев рассказа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теме: "С друзьями весело"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над ошибками. Этикет разговора по телефону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Четвероногие друзья. Какие они?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Повадки наших друзей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Говорим о четвероногих друзьях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Игра «Угадай – какая порода»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диалог;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игра;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 «Акыллы Карабай»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Конкурс на лучшего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чтеца. Словарный диктант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 дороге. Транспорт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диалог;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монолог;</w:t>
            </w:r>
          </w:p>
        </w:tc>
      </w:tr>
      <w:tr w:rsidR="00720B24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Светофор – мой друг. Правила дорожного движения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диалог;</w:t>
            </w:r>
          </w:p>
        </w:tc>
      </w:tr>
    </w:tbl>
    <w:p w:rsidR="00720B24" w:rsidRDefault="00720B24">
      <w:pPr>
        <w:autoSpaceDE w:val="0"/>
        <w:autoSpaceDN w:val="0"/>
        <w:spacing w:after="0" w:line="14" w:lineRule="exact"/>
      </w:pPr>
    </w:p>
    <w:p w:rsidR="00720B24" w:rsidRDefault="00720B24">
      <w:pPr>
        <w:sectPr w:rsidR="00720B24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Инсценирование ситуации«На дороге»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монолог;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Моя семья. Вопрос «Кем работает?»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Лерон. «Хəерле иртə!»(Доброе утро!)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 «Который час?» и ответ на него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режим дня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Режим дня Расима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Домашние обязанности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Спряжение глаголов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прошедшего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определённого времени в положительной форме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right="864"/>
              <w:jc w:val="center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Расим и Ильнур –помощники дома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Вводные слова.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Инфинитив инфинитив с модальными словами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«кирəк» / «кирəкми»,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«ярый» / «ярамый»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20B24" w:rsidRPr="005B02EF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Советы в домашних делах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8" w:lineRule="auto"/>
              <w:ind w:left="156" w:right="144" w:hanging="156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 диалог;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карточками;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теме: "Домашние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обязанности"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720B24" w:rsidRPr="005B02EF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 w:right="132"/>
              <w:jc w:val="both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над ошибками.Как похвалить, поблагодарить за труд?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работа над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ошибками;</w:t>
            </w:r>
          </w:p>
        </w:tc>
      </w:tr>
      <w:tr w:rsidR="00720B24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Обсуждаем поступки героев рассказа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09.01.2023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720B24" w:rsidRDefault="00720B24">
      <w:pPr>
        <w:autoSpaceDE w:val="0"/>
        <w:autoSpaceDN w:val="0"/>
        <w:spacing w:after="0" w:line="14" w:lineRule="exact"/>
      </w:pPr>
    </w:p>
    <w:p w:rsidR="00720B24" w:rsidRDefault="00720B24">
      <w:pPr>
        <w:sectPr w:rsidR="00720B24">
          <w:pgSz w:w="11900" w:h="16840"/>
          <w:pgMar w:top="284" w:right="650" w:bottom="9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720B24" w:rsidRPr="005B02E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Расим какой помощник?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диалог;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выразительное чтение;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Мы пишем сценарий о Расиме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 Ю.Ермолаева«Два пирожных»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Инсценирование рассказа«Два пирожных»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инсценировка рассказа 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Какие помощники Оля и Наташа?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Пишем рассказ «Оля и Наташа – хорошие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помощники»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Татарские народные сказки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Татарская народная сказка«Тавык, тычкан һəм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көртлек»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Конкурс на лучшего чтеца сказки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Обсуждение о роли героев в общем труде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Прошедшее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неопределённое время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карточками;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Сочиняем сказку 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трудолюбивых героях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06.02.2023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Сочинение;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Словарный диктант.</w:t>
            </w:r>
          </w:p>
          <w:p w:rsidR="00720B24" w:rsidRPr="006F41AF" w:rsidRDefault="0056687E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Урок-обсуждение «Кто не работает, тот не ест»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любимые блюда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продуктовом магазине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Склонение имён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720B24" w:rsidRDefault="00720B24">
      <w:pPr>
        <w:autoSpaceDE w:val="0"/>
        <w:autoSpaceDN w:val="0"/>
        <w:spacing w:after="0" w:line="14" w:lineRule="exact"/>
      </w:pPr>
    </w:p>
    <w:p w:rsidR="00720B24" w:rsidRDefault="00720B24">
      <w:pPr>
        <w:sectPr w:rsidR="00720B24">
          <w:pgSz w:w="11900" w:h="16840"/>
          <w:pgMar w:top="284" w:right="650" w:bottom="6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Накрываем праздничный стол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Послелоги и послеложные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День рождения – весёлый праздник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диалог;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монолог;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Поздравления и подарки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49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 «Табын янында»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Конкурс на лучшего рассказчика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Обсуждаем поступки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героев рассказа. Советы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right="288"/>
              <w:jc w:val="center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Пишем рассказ «Саша -воспитанный мальчик»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Здоровье и спорт. Части тела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 врача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диалог;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Спортивные игры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Летние и зимние виды 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 w:rsidRPr="005B02EF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посещаю спортивные кружки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диалог;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рисунками;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быть здоровым? Даём советы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режим дня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 теме:"Мир моих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увлечений"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 живу в Татарстане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Казань – столица Татарстана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Города Татарстана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720B24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город/село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720B24" w:rsidRDefault="00720B24">
      <w:pPr>
        <w:autoSpaceDE w:val="0"/>
        <w:autoSpaceDN w:val="0"/>
        <w:spacing w:after="0" w:line="14" w:lineRule="exact"/>
      </w:pPr>
    </w:p>
    <w:p w:rsidR="00720B24" w:rsidRDefault="00720B24">
      <w:pPr>
        <w:sectPr w:rsidR="00720B24">
          <w:pgSz w:w="11900" w:h="16840"/>
          <w:pgMar w:top="284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Поговорим о своём месте проживания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моего города\ села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 нашего края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диалог;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беседа;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Растительный мир Татарстана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Животный мир Татарстана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Стихотворение А.Кари«Тиен» Рассказ «Керпе»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Готовим сообщение о любимом животном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темы: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"Природа нашего края"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720B24" w:rsidRPr="005B02EF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Наступило лето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работа с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рисунками;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диалог;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беседа;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Отдых летом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Татарский национальный праздник «Сабантуй»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диалог;</w:t>
            </w:r>
          </w:p>
        </w:tc>
      </w:tr>
      <w:tr w:rsidR="00720B24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Татарские национальные игры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Татарская народная сказка«Шурале»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Конкурс на самого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лучшего рассказчика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Инсценирование сказки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20B24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 Повторение за год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720B24" w:rsidRPr="005B02EF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101. Контрольная работа п </w:t>
            </w:r>
            <w:r w:rsidRPr="006F41AF">
              <w:rPr>
                <w:lang w:val="ru-RU"/>
              </w:rPr>
              <w:tab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теме: "Моя Родина"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6F41AF">
              <w:rPr>
                <w:lang w:val="ru-RU"/>
              </w:rPr>
              <w:br/>
            </w: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720B24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 Итоговый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720B24" w:rsidRDefault="00720B24">
      <w:pPr>
        <w:autoSpaceDE w:val="0"/>
        <w:autoSpaceDN w:val="0"/>
        <w:spacing w:after="0" w:line="14" w:lineRule="exact"/>
      </w:pPr>
    </w:p>
    <w:p w:rsidR="00720B24" w:rsidRDefault="00720B24">
      <w:pPr>
        <w:sectPr w:rsidR="00720B24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470"/>
        <w:gridCol w:w="732"/>
        <w:gridCol w:w="1620"/>
        <w:gridCol w:w="4730"/>
      </w:tblGrid>
      <w:tr w:rsidR="00720B24">
        <w:trPr>
          <w:trHeight w:hRule="exact" w:val="808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Pr="006F41AF" w:rsidRDefault="0056687E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F41A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0B24" w:rsidRDefault="00566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</w:tr>
    </w:tbl>
    <w:p w:rsidR="00720B24" w:rsidRDefault="00720B24">
      <w:pPr>
        <w:autoSpaceDE w:val="0"/>
        <w:autoSpaceDN w:val="0"/>
        <w:spacing w:after="0" w:line="14" w:lineRule="exact"/>
      </w:pPr>
    </w:p>
    <w:p w:rsidR="00720B24" w:rsidRDefault="00720B24">
      <w:pPr>
        <w:sectPr w:rsidR="00720B2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Default="00720B24">
      <w:pPr>
        <w:autoSpaceDE w:val="0"/>
        <w:autoSpaceDN w:val="0"/>
        <w:spacing w:after="78" w:line="220" w:lineRule="exact"/>
      </w:pPr>
    </w:p>
    <w:p w:rsidR="00720B24" w:rsidRDefault="0056687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20B24" w:rsidRDefault="0056687E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20B24" w:rsidRPr="006F41AF" w:rsidRDefault="0056687E">
      <w:pPr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Законченная линия учебно-методических комплектов серии «Күңелле татар теле / Занимательный татарский язык». 5-9 классы (для изучающих татарский язык на основе концепции коммуникативной технологии Е. И. Пассова). Авторы учебников: Хайдарова Р. З., Галиева Н. Г., Ахметзянова Г. М., Гиниятуллина Л. А.;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Хайдарова Р. З. Проблемы технологизации учебно-воспитательного процесса // «Мəгариф», № 9-10, 2005.; Хайдарова Р. З. Проблемы обучения татарскому языку русскоязычных учащихся. «Фəн һəм мəктəп»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/«Наука и школа», № 9, 2014.;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Хайдарова Р. З., Ахметзянова Г. М. «Мин татарча сөйлəшəм. Я говорю по-татарски – 5-9 классы: сборник ситуативных упражнений для русскоязычных учащихся. – Н. Челны, 2019.;</w:t>
      </w:r>
    </w:p>
    <w:p w:rsidR="00720B24" w:rsidRPr="006F41AF" w:rsidRDefault="0056687E">
      <w:pPr>
        <w:autoSpaceDE w:val="0"/>
        <w:autoSpaceDN w:val="0"/>
        <w:spacing w:before="26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20B24" w:rsidRPr="006F41AF" w:rsidRDefault="0056687E">
      <w:pPr>
        <w:autoSpaceDE w:val="0"/>
        <w:autoSpaceDN w:val="0"/>
        <w:spacing w:before="166" w:after="0" w:line="281" w:lineRule="auto"/>
        <w:ind w:right="432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Гиниятуллина Г.М.., Шакурова М.М. Туган телне укыту методикасынның бүгенге көн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проблемалары- Казан: Вестфалика, 2018.- 120б.;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Максимов Н.В. Технология обучения татарскому языку на основе моделей речи=Сөйлəм калыпларына нигезлəнеп, татар теленə өйрəтү технологиясе - Казань:Татар.кн.изд-во, 2015.-253с.; Харисов Ф.Ф. Татар теле: яңача укыту юнəлешлəре/ Татарский язык современные тенденции обучения. - Казань, 2015.- 53с.</w:t>
      </w:r>
    </w:p>
    <w:p w:rsidR="00720B24" w:rsidRPr="006F41AF" w:rsidRDefault="0056687E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Сəгъдиева Р.К., Хөснетдинов Д.Х. Татар теленнəн презентациялəр-Казан: Мəгариф -Вакыт, 2017.-191б.</w:t>
      </w:r>
    </w:p>
    <w:p w:rsidR="00720B24" w:rsidRPr="006F41AF" w:rsidRDefault="0056687E">
      <w:pPr>
        <w:autoSpaceDE w:val="0"/>
        <w:autoSpaceDN w:val="0"/>
        <w:spacing w:before="262" w:after="0" w:line="230" w:lineRule="auto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20B24" w:rsidRPr="006F41AF" w:rsidRDefault="0056687E">
      <w:pPr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УМК «Күңелле татар теле» / Электронные учебники серии «Күңелле татар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6F41A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tele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/;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6F41A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;«Татармультфильм»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6F41A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/;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Татарский образовательный портал Белем.ру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/;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УМК «Күңелле татар теле» / Электронные учебники серии «Күңелле татар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6F41A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tele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Мультимедийные приложения к учебникам татарского языка «Күңелле татар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media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6F41AF">
        <w:rPr>
          <w:rFonts w:ascii="Times New Roman" w:eastAsia="Times New Roman" w:hAnsi="Times New Roman"/>
          <w:color w:val="000000"/>
          <w:sz w:val="24"/>
          <w:lang w:val="ru-RU"/>
        </w:rPr>
        <w:t>/;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0B24" w:rsidRPr="006F41AF" w:rsidRDefault="00720B24">
      <w:pPr>
        <w:autoSpaceDE w:val="0"/>
        <w:autoSpaceDN w:val="0"/>
        <w:spacing w:after="78" w:line="220" w:lineRule="exact"/>
        <w:rPr>
          <w:lang w:val="ru-RU"/>
        </w:rPr>
      </w:pPr>
    </w:p>
    <w:p w:rsidR="00720B24" w:rsidRPr="006F41AF" w:rsidRDefault="0056687E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6F41AF">
        <w:rPr>
          <w:lang w:val="ru-RU"/>
        </w:rPr>
        <w:br/>
      </w:r>
      <w:r w:rsidRPr="006F41A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720B24" w:rsidRPr="006F41AF" w:rsidRDefault="00720B24">
      <w:pPr>
        <w:rPr>
          <w:lang w:val="ru-RU"/>
        </w:rPr>
        <w:sectPr w:rsidR="00720B24" w:rsidRPr="006F41A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6687E" w:rsidRPr="006F41AF" w:rsidRDefault="0056687E">
      <w:pPr>
        <w:rPr>
          <w:lang w:val="ru-RU"/>
        </w:rPr>
      </w:pPr>
    </w:p>
    <w:sectPr w:rsidR="0056687E" w:rsidRPr="006F41A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C8D" w:rsidRDefault="001E5C8D" w:rsidP="005B02EF">
      <w:pPr>
        <w:spacing w:after="0" w:line="240" w:lineRule="auto"/>
      </w:pPr>
      <w:r>
        <w:separator/>
      </w:r>
    </w:p>
  </w:endnote>
  <w:endnote w:type="continuationSeparator" w:id="0">
    <w:p w:rsidR="001E5C8D" w:rsidRDefault="001E5C8D" w:rsidP="005B0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C8D" w:rsidRDefault="001E5C8D" w:rsidP="005B02EF">
      <w:pPr>
        <w:spacing w:after="0" w:line="240" w:lineRule="auto"/>
      </w:pPr>
      <w:r>
        <w:separator/>
      </w:r>
    </w:p>
  </w:footnote>
  <w:footnote w:type="continuationSeparator" w:id="0">
    <w:p w:rsidR="001E5C8D" w:rsidRDefault="001E5C8D" w:rsidP="005B0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1884"/>
    <w:rsid w:val="001E5C8D"/>
    <w:rsid w:val="00210A9A"/>
    <w:rsid w:val="0029639D"/>
    <w:rsid w:val="00326F90"/>
    <w:rsid w:val="0056687E"/>
    <w:rsid w:val="005B02EF"/>
    <w:rsid w:val="006A55FA"/>
    <w:rsid w:val="006F41AF"/>
    <w:rsid w:val="00720B24"/>
    <w:rsid w:val="007E24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C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C1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C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C1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A6CD8E-4AFE-4818-B9C3-3FFE4377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7289</Words>
  <Characters>41551</Characters>
  <Application>Microsoft Office Word</Application>
  <DocSecurity>0</DocSecurity>
  <Lines>346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cp:lastPrinted>2022-12-04T19:32:00Z</cp:lastPrinted>
  <dcterms:created xsi:type="dcterms:W3CDTF">2022-12-29T10:46:00Z</dcterms:created>
  <dcterms:modified xsi:type="dcterms:W3CDTF">2022-12-29T10:46:00Z</dcterms:modified>
</cp:coreProperties>
</file>